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FORMULÁŘ PRO ODSTOUPENÍ OD KUPNÍ SMLOUVY</w:t>
      </w:r>
    </w:p>
    <w:p>
      <w:pPr>
        <w:jc w:val="center"/>
      </w:pPr>
      <w:r>
        <w:rPr>
          <w:i/>
        </w:rPr>
        <w:t>(Tento formulář vyplňte a odešlete pouze v případě, že si přejete odstoupit od kupní smlouvy uzavřené prostřednictvím internetového obchodu.)</w:t>
      </w:r>
    </w:p>
    <w:p>
      <w:pPr>
        <w:pStyle w:val="Heading2"/>
      </w:pPr>
      <w:r>
        <w:t>Adresát</w:t>
      </w:r>
    </w:p>
    <w:p>
      <w:r>
        <w:rPr>
          <w:b/>
        </w:rPr>
        <w:t xml:space="preserve">Obchodní firma: </w:t>
      </w:r>
      <w:r>
        <w:t>XY</w:t>
      </w:r>
    </w:p>
    <w:p>
      <w:r>
        <w:rPr>
          <w:b/>
        </w:rPr>
        <w:t xml:space="preserve">Sídlo: </w:t>
      </w:r>
      <w:r>
        <w:t>XY</w:t>
      </w:r>
    </w:p>
    <w:p>
      <w:r>
        <w:rPr>
          <w:b/>
        </w:rPr>
        <w:t xml:space="preserve">IČO: </w:t>
      </w:r>
      <w:r>
        <w:t>XY</w:t>
      </w:r>
    </w:p>
    <w:p>
      <w:r>
        <w:rPr>
          <w:b/>
        </w:rPr>
        <w:t xml:space="preserve">DIČ: </w:t>
      </w:r>
      <w:r>
        <w:t>XY</w:t>
      </w:r>
    </w:p>
    <w:p>
      <w:r>
        <w:rPr>
          <w:b/>
        </w:rPr>
        <w:t xml:space="preserve">E-mail: </w:t>
      </w:r>
      <w:r>
        <w:t>XY</w:t>
      </w:r>
    </w:p>
    <w:p>
      <w:r>
        <w:rPr>
          <w:b/>
        </w:rPr>
        <w:t xml:space="preserve">Telefon: </w:t>
      </w:r>
      <w:r>
        <w:t>XY</w:t>
      </w:r>
    </w:p>
    <w:p>
      <w:pPr>
        <w:pStyle w:val="Heading2"/>
      </w:pPr>
      <w:r>
        <w:t>Oznámení o odstoupení od kupní smlouvy</w:t>
      </w:r>
    </w:p>
    <w:p>
      <w:r>
        <w:t>Tímto oznamuji, že odstupuji od kupní smlouvy uzavřené prostřednictvím internetového obchodu www.fofrpneu.cz.</w:t>
      </w:r>
    </w:p>
    <w:p>
      <w:pPr>
        <w:pStyle w:val="Heading2"/>
      </w:pPr>
      <w:r>
        <w:t>ÚDAJE O OBJEDNÁVCE</w:t>
      </w:r>
    </w:p>
    <w:p>
      <w:r>
        <w:rPr>
          <w:b/>
        </w:rPr>
        <w:t>Číslo objednávky</w:t>
      </w:r>
    </w:p>
    <w:p>
      <w:r>
        <w:t>____________________________________________</w:t>
      </w:r>
    </w:p>
    <w:p>
      <w:r>
        <w:rPr>
          <w:b/>
        </w:rPr>
        <w:t>Číslo faktury (je-li vystavena)</w:t>
      </w:r>
    </w:p>
    <w:p>
      <w:r>
        <w:t>____________________________________________</w:t>
      </w:r>
    </w:p>
    <w:p>
      <w:r>
        <w:rPr>
          <w:b/>
        </w:rPr>
        <w:t>Datum objednání</w:t>
      </w:r>
    </w:p>
    <w:p>
      <w:r>
        <w:t>____________________________________________</w:t>
      </w:r>
    </w:p>
    <w:p>
      <w:r>
        <w:rPr>
          <w:b/>
        </w:rPr>
        <w:t>Datum převzetí zboží</w:t>
      </w:r>
    </w:p>
    <w:p>
      <w:r>
        <w:t>____________________________________________</w:t>
      </w:r>
    </w:p>
    <w:p>
      <w:pPr>
        <w:pStyle w:val="Heading2"/>
      </w:pPr>
      <w:r>
        <w:t>ÚDAJE KUPUJÍCÍHO</w:t>
      </w:r>
    </w:p>
    <w:p>
      <w:r>
        <w:rPr>
          <w:b/>
        </w:rPr>
        <w:t>Jméno a příjmení</w:t>
      </w:r>
    </w:p>
    <w:p>
      <w:r>
        <w:t>____________________________________________</w:t>
      </w:r>
    </w:p>
    <w:p>
      <w:r>
        <w:rPr>
          <w:b/>
        </w:rPr>
        <w:t>Společnost (pokud je kupující podnikatel)</w:t>
      </w:r>
    </w:p>
    <w:p>
      <w:r>
        <w:t>____________________________________________</w:t>
      </w:r>
    </w:p>
    <w:p>
      <w:r>
        <w:rPr>
          <w:b/>
        </w:rPr>
        <w:t>Adresa</w:t>
      </w:r>
    </w:p>
    <w:p>
      <w:r>
        <w:t>____________________________________________</w:t>
      </w:r>
    </w:p>
    <w:p>
      <w:r>
        <w:t>____________________________________________</w:t>
      </w:r>
    </w:p>
    <w:p>
      <w:r>
        <w:t>____________________________________________</w:t>
      </w:r>
    </w:p>
    <w:p>
      <w:r>
        <w:rPr>
          <w:b/>
        </w:rPr>
        <w:t>Telefon</w:t>
      </w:r>
    </w:p>
    <w:p>
      <w:r>
        <w:t>____________________________________________</w:t>
      </w:r>
    </w:p>
    <w:p>
      <w:r>
        <w:rPr>
          <w:b/>
        </w:rPr>
        <w:t>E-mail</w:t>
      </w:r>
    </w:p>
    <w:p>
      <w:r>
        <w:t>____________________________________________</w:t>
      </w:r>
    </w:p>
    <w:p>
      <w:pPr>
        <w:pStyle w:val="Heading2"/>
      </w:pPr>
      <w:r>
        <w:t>VRÁCENÉ ZBOŽÍ</w:t>
      </w:r>
    </w:p>
    <w:p>
      <w:r>
        <w:rPr>
          <w:b/>
        </w:rPr>
        <w:t>Název nebo popis zboží</w:t>
      </w:r>
    </w:p>
    <w:p>
      <w:r>
        <w:t>____________________________________________</w:t>
      </w:r>
    </w:p>
    <w:p>
      <w:r>
        <w:t>____________________________________________</w:t>
      </w:r>
    </w:p>
    <w:p>
      <w:r>
        <w:t>____________________________________________</w:t>
      </w:r>
    </w:p>
    <w:p>
      <w:r>
        <w:t>____________________________________________</w:t>
      </w:r>
    </w:p>
    <w:p>
      <w:r>
        <w:rPr>
          <w:b/>
        </w:rPr>
        <w:t>Počet vracených kusů</w:t>
      </w:r>
    </w:p>
    <w:p>
      <w:r>
        <w:t>____________________________________________</w:t>
      </w:r>
    </w:p>
    <w:p>
      <w:pPr>
        <w:pStyle w:val="Heading2"/>
      </w:pPr>
      <w:r>
        <w:t>VRÁCENÍ PENĚŽNÍCH PROSTŘEDKŮ</w:t>
      </w:r>
    </w:p>
    <w:p>
      <w:r>
        <w:t>☐ Žádám o vrácení peněžních prostředků stejným způsobem, jakým byla provedena úhrada.</w:t>
      </w:r>
    </w:p>
    <w:p>
      <w:r>
        <w:t>☐ Žádám o vrácení peněžních prostředků bankovním převodem na účet:</w:t>
      </w:r>
    </w:p>
    <w:p>
      <w:r>
        <w:rPr>
          <w:b/>
        </w:rPr>
        <w:t>Číslo účtu</w:t>
      </w:r>
    </w:p>
    <w:p>
      <w:r>
        <w:t>____________________________________________</w:t>
      </w:r>
    </w:p>
    <w:p>
      <w:r>
        <w:t>____________________________________________</w:t>
      </w:r>
    </w:p>
    <w:p>
      <w:pPr>
        <w:pStyle w:val="Heading2"/>
      </w:pPr>
      <w:r>
        <w:t>POZNÁMKA (NEPOVINNÉ)</w:t>
      </w:r>
    </w:p>
    <w:p>
      <w:r>
        <w:t>Důvod odstoupení od smlouvy není nutné uvádět. Pokud nám jej chcete sdělit, napište jej níže.</w:t>
      </w:r>
    </w:p>
    <w:p>
      <w:r>
        <w:t>______________________________________________________________</w:t>
      </w:r>
    </w:p>
    <w:p>
      <w:r>
        <w:t>______________________________________________________________</w:t>
      </w:r>
    </w:p>
    <w:p>
      <w:r>
        <w:t>______________________________________________________________</w:t>
      </w:r>
    </w:p>
    <w:p>
      <w:r>
        <w:t>______________________________________________________________</w:t>
      </w:r>
    </w:p>
    <w:p>
      <w:r>
        <w:t>______________________________________________________________</w:t>
      </w:r>
    </w:p>
    <w:p/>
    <w:p>
      <w:r>
        <w:t>V ______________________________ dne _______________________</w:t>
      </w:r>
    </w:p>
    <w:p/>
    <w:p>
      <w:r>
        <w:t>Podpis kupujícího: ________________________________________</w:t>
      </w:r>
    </w:p>
    <w:p>
      <w:r>
        <w:t>(pouze při zaslání formuláře v listinné podobě)</w:t>
      </w:r>
    </w:p>
    <w:p>
      <w:pPr>
        <w:pStyle w:val="Heading2"/>
      </w:pPr>
      <w:r>
        <w:t>Poučení pro spotřebitele</w:t>
      </w:r>
    </w:p>
    <w:p>
      <w:pPr>
        <w:pStyle w:val="ListBullet"/>
      </w:pPr>
      <w:r>
        <w:t>Spotřebitel má právo odstoupit od kupní smlouvy bez udání důvodu ve lhůtě 14 dnů ode dne převzetí zboží.</w:t>
      </w:r>
    </w:p>
    <w:p>
      <w:pPr>
        <w:pStyle w:val="ListBullet"/>
      </w:pPr>
      <w:r>
        <w:t>Odstoupení od smlouvy musí být prodávajícímu odesláno nejpozději poslední den této lhůty.</w:t>
      </w:r>
    </w:p>
    <w:p>
      <w:pPr>
        <w:pStyle w:val="ListBullet"/>
      </w:pPr>
      <w:r>
        <w:t>Po odstoupení od smlouvy je spotřebitel povinen vrátit zboží prodávajícímu bez zbytečného odkladu, nejpozději do 14 dnů ode dne odstoupení od smlouvy.</w:t>
      </w:r>
    </w:p>
    <w:p>
      <w:pPr>
        <w:pStyle w:val="ListBullet"/>
      </w:pPr>
      <w:r>
        <w:t>Spotřebitel nese přímé náklady spojené s vrácením zboží, pokud právní předpis nebo dohoda smluvních stran nestanoví jinak.</w:t>
      </w:r>
    </w:p>
    <w:p>
      <w:pPr>
        <w:pStyle w:val="ListBullet"/>
      </w:pPr>
      <w:r>
        <w:t>Prodávající vrátí spotřebiteli přijaté peněžní prostředky bez zbytečného odkladu, nejpozději do 14 dnů ode dne doručení oznámení o odstoupení od smlouvy. Prodávající však není povinen vrátit peněžní prostředky dříve, než obdrží vrácené zboží nebo než spotřebitel prokáže, že zboží odeslal zpět, podle toho, která skutečnost nastane dříve.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